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יסודי · עולים חדשים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35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35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יסודי · עולים חדשים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מילון חזותי בהקשה (אימוג׳י + עברית, אנגלית, רוסית, אמהרית, ערבית, צרפתית – לוודא), 3 אפשרויות, מילים יומיומיות.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36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36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 (זכר הכבשים) + 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 – תמונה אחת, מילה אחת.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הגליל והצפון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 = "ייבנה" – משהו שעוד ייבנה (מנוף ולבנים). פועל בזמן עתיד!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מגל – כלי לקציר. תמונה אחת!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השרון והמרכז</w:t>
            </w:r>
          </w:p>
        </w:tc>
      </w:tr>
    </w:tbl>
    <w:p>
      <w:pPr>
        <w:bidi w:val="1"/>
        <w:jc w:val="right"/>
      </w:pPr>
    </w:p>
    <w:p>
      <w:r>
        <w:br w:type="page"/>
      </w:r>
    </w:p>
    <w:p>
      <w:bookmarkStart w:id="137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37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38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38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29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1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איל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גשר (bridge)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5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יבנה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מגל</w:t>
      </w:r>
    </w:p>
    <w:p>
      <w:bookmarkStart w:id="139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39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את המילה בעברית ליד כל תמונה. בנק מילים: בית · שמש · ים · גשר · נר · אש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תמונה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English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Русский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አማርኛ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עברית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🏠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house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дом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ቤት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☀️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sun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солнце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ፀሐይ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🌊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sea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море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ባሕር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🌉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bridge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мост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ድልድይ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🕯️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candle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свеча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ሻማ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🔥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fire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огонь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እሳት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0"/>
          <w:rtl w:val="1"/>
          <w:szCs w:val="20"/>
        </w:rPr>
        <w:t>תרגומים לבדיקה (לוודא)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משפט: בחידה הראשונה אני רואה __________ וגם __________.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40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40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41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41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מילה חדשה שלמדתי היום: 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ציירו את המילה החדשה: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daf-avoda-y-o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